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B6C99" w14:textId="3AF72AC5" w:rsidR="00C253EB" w:rsidRDefault="00BD2E62">
      <w:pPr>
        <w:spacing w:after="40" w:line="240" w:lineRule="auto"/>
        <w:jc w:val="right"/>
        <w:rPr>
          <w:sz w:val="19"/>
        </w:rPr>
      </w:pPr>
      <w:r>
        <w:rPr>
          <w:sz w:val="19"/>
        </w:rPr>
        <w:t>zur Ordnung über den XXIII. Internationalen Wettbewerb</w:t>
      </w:r>
      <w:r>
        <w:rPr>
          <w:sz w:val="19"/>
        </w:rPr>
        <w:br/>
        <w:t xml:space="preserve">junger </w:t>
      </w:r>
      <w:proofErr w:type="spellStart"/>
      <w:r>
        <w:rPr>
          <w:sz w:val="19"/>
        </w:rPr>
        <w:t>Vokalisten</w:t>
      </w:r>
      <w:proofErr w:type="spellEnd"/>
      <w:r>
        <w:rPr>
          <w:sz w:val="19"/>
        </w:rPr>
        <w:t xml:space="preserve"> um den Olga-</w:t>
      </w:r>
      <w:proofErr w:type="spellStart"/>
      <w:r>
        <w:rPr>
          <w:sz w:val="19"/>
        </w:rPr>
        <w:t>Sosnowskaja</w:t>
      </w:r>
      <w:proofErr w:type="spellEnd"/>
      <w:r>
        <w:rPr>
          <w:sz w:val="19"/>
        </w:rPr>
        <w:t>-</w:t>
      </w:r>
      <w:proofErr w:type="spellStart"/>
      <w:r>
        <w:rPr>
          <w:sz w:val="19"/>
        </w:rPr>
        <w:t>Preis</w:t>
      </w:r>
      <w:proofErr w:type="spellEnd"/>
      <w:r w:rsidR="00EF4364" w:rsidRPr="00EF4364">
        <w:rPr>
          <w:sz w:val="19"/>
        </w:rPr>
        <w:t xml:space="preserve"> </w:t>
      </w:r>
      <w:r>
        <w:rPr>
          <w:sz w:val="19"/>
        </w:rPr>
        <w:t xml:space="preserve">in </w:t>
      </w:r>
      <w:proofErr w:type="spellStart"/>
      <w:r>
        <w:rPr>
          <w:sz w:val="19"/>
        </w:rPr>
        <w:t>Syktywkar</w:t>
      </w:r>
      <w:proofErr w:type="spellEnd"/>
    </w:p>
    <w:p w14:paraId="3730AD05" w14:textId="77777777" w:rsidR="00BA618A" w:rsidRPr="00BA618A" w:rsidRDefault="00BA618A">
      <w:pPr>
        <w:spacing w:after="40" w:line="240" w:lineRule="auto"/>
        <w:jc w:val="right"/>
        <w:rPr>
          <w:sz w:val="16"/>
          <w:szCs w:val="16"/>
        </w:rPr>
      </w:pPr>
    </w:p>
    <w:p w14:paraId="3F61EC1E" w14:textId="77777777" w:rsidR="00C253EB" w:rsidRPr="00EF4364" w:rsidRDefault="00BD2E62">
      <w:pPr>
        <w:spacing w:before="100" w:after="40" w:line="240" w:lineRule="auto"/>
        <w:jc w:val="center"/>
        <w:rPr>
          <w:sz w:val="24"/>
          <w:szCs w:val="24"/>
        </w:rPr>
      </w:pPr>
      <w:r w:rsidRPr="00EF4364">
        <w:rPr>
          <w:b/>
          <w:sz w:val="24"/>
          <w:szCs w:val="24"/>
        </w:rPr>
        <w:t>ANMELDUNG</w:t>
      </w:r>
    </w:p>
    <w:p w14:paraId="2AAC2021" w14:textId="77777777" w:rsidR="00C253EB" w:rsidRPr="00EF4364" w:rsidRDefault="00BD2E62">
      <w:pPr>
        <w:spacing w:after="20" w:line="240" w:lineRule="auto"/>
        <w:jc w:val="center"/>
        <w:rPr>
          <w:sz w:val="24"/>
          <w:szCs w:val="24"/>
        </w:rPr>
      </w:pPr>
      <w:r w:rsidRPr="00EF4364">
        <w:rPr>
          <w:b/>
          <w:sz w:val="24"/>
          <w:szCs w:val="24"/>
        </w:rPr>
        <w:t>zur Teilnahme am Kompositionswettbewerb</w:t>
      </w:r>
    </w:p>
    <w:p w14:paraId="285954AD" w14:textId="4C31959A" w:rsidR="00C253EB" w:rsidRPr="00EF4364" w:rsidRDefault="00BD2E62">
      <w:pPr>
        <w:spacing w:after="160" w:line="240" w:lineRule="auto"/>
        <w:jc w:val="center"/>
        <w:rPr>
          <w:b/>
          <w:sz w:val="24"/>
          <w:szCs w:val="24"/>
        </w:rPr>
      </w:pPr>
      <w:r w:rsidRPr="00EF4364">
        <w:rPr>
          <w:b/>
          <w:sz w:val="24"/>
          <w:szCs w:val="24"/>
        </w:rPr>
        <w:t xml:space="preserve">zur Schaffung von Vokalwerken </w:t>
      </w:r>
      <w:proofErr w:type="spellStart"/>
      <w:r w:rsidRPr="00EF4364">
        <w:rPr>
          <w:b/>
          <w:sz w:val="24"/>
          <w:szCs w:val="24"/>
        </w:rPr>
        <w:t>für</w:t>
      </w:r>
      <w:proofErr w:type="spellEnd"/>
      <w:r w:rsidRPr="00EF4364">
        <w:rPr>
          <w:b/>
          <w:sz w:val="24"/>
          <w:szCs w:val="24"/>
        </w:rPr>
        <w:t xml:space="preserve"> Kinder und </w:t>
      </w:r>
      <w:proofErr w:type="spellStart"/>
      <w:r w:rsidRPr="00EF4364">
        <w:rPr>
          <w:b/>
          <w:sz w:val="24"/>
          <w:szCs w:val="24"/>
        </w:rPr>
        <w:t>Jugendliche</w:t>
      </w:r>
      <w:proofErr w:type="spellEnd"/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127"/>
        <w:gridCol w:w="8079"/>
      </w:tblGrid>
      <w:tr w:rsidR="00C253EB" w14:paraId="50C92816" w14:textId="77777777" w:rsidTr="00BB4F5F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0" w:type="dxa"/>
              <w:bottom w:w="45" w:type="dxa"/>
              <w:right w:w="70" w:type="dxa"/>
            </w:tcMar>
            <w:vAlign w:val="bottom"/>
          </w:tcPr>
          <w:p w14:paraId="06123DA7" w14:textId="77777777" w:rsidR="00C253EB" w:rsidRDefault="00BD2E62">
            <w:pPr>
              <w:spacing w:after="0" w:line="240" w:lineRule="auto"/>
            </w:pPr>
            <w:proofErr w:type="spellStart"/>
            <w:r>
              <w:rPr>
                <w:sz w:val="21"/>
              </w:rPr>
              <w:t>Vor</w:t>
            </w:r>
            <w:proofErr w:type="spellEnd"/>
            <w:r>
              <w:rPr>
                <w:sz w:val="21"/>
              </w:rPr>
              <w:t xml:space="preserve">- und </w:t>
            </w:r>
            <w:proofErr w:type="spellStart"/>
            <w:r>
              <w:rPr>
                <w:sz w:val="21"/>
              </w:rPr>
              <w:t>Nachname</w:t>
            </w:r>
            <w:proofErr w:type="spellEnd"/>
            <w:r>
              <w:rPr>
                <w:sz w:val="21"/>
              </w:rPr>
              <w:t xml:space="preserve"> des </w:t>
            </w:r>
            <w:r>
              <w:rPr>
                <w:sz w:val="21"/>
              </w:rPr>
              <w:t>Teilnehmers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45" w:type="dxa"/>
              <w:left w:w="40" w:type="dxa"/>
              <w:bottom w:w="45" w:type="dxa"/>
              <w:right w:w="0" w:type="dxa"/>
            </w:tcMar>
            <w:vAlign w:val="bottom"/>
          </w:tcPr>
          <w:p w14:paraId="04D3EA1E" w14:textId="77777777" w:rsidR="00C253EB" w:rsidRDefault="00C253EB">
            <w:pPr>
              <w:spacing w:after="0" w:line="240" w:lineRule="auto"/>
            </w:pPr>
          </w:p>
        </w:tc>
      </w:tr>
    </w:tbl>
    <w:p w14:paraId="6E80C057" w14:textId="77777777" w:rsidR="00BB4F5F" w:rsidRDefault="00BB4F5F">
      <w:pPr>
        <w:spacing w:after="0" w:line="240" w:lineRule="auto"/>
        <w:rPr>
          <w:sz w:val="21"/>
        </w:rPr>
      </w:pPr>
    </w:p>
    <w:tbl>
      <w:tblPr>
        <w:tblW w:w="10209" w:type="dxa"/>
        <w:tblLayout w:type="fixed"/>
        <w:tblLook w:val="04A0" w:firstRow="1" w:lastRow="0" w:firstColumn="1" w:lastColumn="0" w:noHBand="0" w:noVBand="1"/>
      </w:tblPr>
      <w:tblGrid>
        <w:gridCol w:w="1563"/>
        <w:gridCol w:w="2550"/>
        <w:gridCol w:w="568"/>
        <w:gridCol w:w="5528"/>
      </w:tblGrid>
      <w:tr w:rsidR="00C253EB" w14:paraId="2942E039" w14:textId="77777777" w:rsidTr="00BB4F5F">
        <w:trPr>
          <w:cantSplit/>
        </w:trPr>
        <w:tc>
          <w:tcPr>
            <w:tcW w:w="10206" w:type="dxa"/>
            <w:gridSpan w:val="4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1DFDB62F" w14:textId="60AE68E0" w:rsidR="00C253EB" w:rsidRDefault="00BD2E62">
            <w:pPr>
              <w:spacing w:after="0" w:line="240" w:lineRule="auto"/>
            </w:pPr>
            <w:proofErr w:type="spellStart"/>
            <w:r>
              <w:rPr>
                <w:sz w:val="21"/>
              </w:rPr>
              <w:t>Wohnort</w:t>
            </w:r>
            <w:proofErr w:type="spellEnd"/>
            <w:r w:rsidR="00BB4F5F">
              <w:rPr>
                <w:sz w:val="21"/>
                <w:lang w:val="ru-RU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C253EB" w14:paraId="3AA294F6" w14:textId="77777777" w:rsidTr="00BB4F5F">
        <w:tblPrEx>
          <w:jc w:val="center"/>
        </w:tblPrEx>
        <w:trPr>
          <w:cantSplit/>
          <w:jc w:val="center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0" w:type="dxa"/>
              <w:bottom w:w="55" w:type="dxa"/>
              <w:right w:w="60" w:type="dxa"/>
            </w:tcMar>
          </w:tcPr>
          <w:p w14:paraId="00E867B1" w14:textId="77777777" w:rsidR="00BB4F5F" w:rsidRDefault="00BB4F5F">
            <w:pPr>
              <w:spacing w:after="0" w:line="240" w:lineRule="auto"/>
              <w:rPr>
                <w:sz w:val="21"/>
              </w:rPr>
            </w:pPr>
          </w:p>
          <w:p w14:paraId="05A0B890" w14:textId="2D1B0700" w:rsidR="00C253EB" w:rsidRDefault="00BD2E62">
            <w:pPr>
              <w:spacing w:after="0" w:line="240" w:lineRule="auto"/>
            </w:pPr>
            <w:proofErr w:type="spellStart"/>
            <w:r>
              <w:rPr>
                <w:sz w:val="21"/>
              </w:rPr>
              <w:t>Geburtsdatum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55" w:type="dxa"/>
              <w:left w:w="0" w:type="dxa"/>
              <w:bottom w:w="55" w:type="dxa"/>
              <w:right w:w="60" w:type="dxa"/>
            </w:tcMar>
          </w:tcPr>
          <w:p w14:paraId="01D5153A" w14:textId="77777777" w:rsidR="00C253EB" w:rsidRDefault="00C253EB">
            <w:pPr>
              <w:spacing w:after="0" w:line="240" w:lineRule="auto"/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0" w:type="dxa"/>
              <w:bottom w:w="55" w:type="dxa"/>
              <w:right w:w="60" w:type="dxa"/>
            </w:tcMar>
          </w:tcPr>
          <w:p w14:paraId="6C9B2C87" w14:textId="77777777" w:rsidR="00BB4F5F" w:rsidRDefault="00BB4F5F">
            <w:pPr>
              <w:spacing w:after="0" w:line="240" w:lineRule="auto"/>
              <w:rPr>
                <w:sz w:val="21"/>
              </w:rPr>
            </w:pPr>
          </w:p>
          <w:p w14:paraId="669C0C4A" w14:textId="6EDE98DC" w:rsidR="00C253EB" w:rsidRDefault="00BD2E62">
            <w:pPr>
              <w:spacing w:after="0" w:line="240" w:lineRule="auto"/>
            </w:pPr>
            <w:r>
              <w:rPr>
                <w:sz w:val="21"/>
              </w:rPr>
              <w:t>Alter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55" w:type="dxa"/>
              <w:left w:w="0" w:type="dxa"/>
              <w:bottom w:w="55" w:type="dxa"/>
              <w:right w:w="60" w:type="dxa"/>
            </w:tcMar>
          </w:tcPr>
          <w:p w14:paraId="0A9EA748" w14:textId="77777777" w:rsidR="00BB4F5F" w:rsidRDefault="00BB4F5F">
            <w:pPr>
              <w:spacing w:after="0" w:line="240" w:lineRule="auto"/>
              <w:rPr>
                <w:sz w:val="21"/>
              </w:rPr>
            </w:pPr>
          </w:p>
          <w:p w14:paraId="0B9051E6" w14:textId="18081F1F" w:rsidR="00C253EB" w:rsidRDefault="00BD2E62">
            <w:pPr>
              <w:spacing w:after="0" w:line="240" w:lineRule="auto"/>
            </w:pPr>
            <w:r>
              <w:rPr>
                <w:sz w:val="21"/>
              </w:rPr>
              <w:t>(</w:t>
            </w:r>
            <w:proofErr w:type="spellStart"/>
            <w:proofErr w:type="gramStart"/>
            <w:r>
              <w:rPr>
                <w:sz w:val="21"/>
              </w:rPr>
              <w:t>volle</w:t>
            </w:r>
            <w:proofErr w:type="spellEnd"/>
            <w:proofErr w:type="gramEnd"/>
            <w:r>
              <w:rPr>
                <w:sz w:val="21"/>
              </w:rPr>
              <w:t xml:space="preserve"> Jahre)</w:t>
            </w:r>
          </w:p>
        </w:tc>
      </w:tr>
    </w:tbl>
    <w:p w14:paraId="67969C04" w14:textId="77777777" w:rsidR="00BB4F5F" w:rsidRDefault="00BB4F5F">
      <w:pPr>
        <w:spacing w:after="0" w:line="240" w:lineRule="auto"/>
        <w:rPr>
          <w:sz w:val="21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996"/>
        <w:gridCol w:w="5100"/>
        <w:gridCol w:w="4110"/>
      </w:tblGrid>
      <w:tr w:rsidR="00C253EB" w14:paraId="297F9B72" w14:textId="77777777" w:rsidTr="00BB4F5F">
        <w:trPr>
          <w:cantSplit/>
        </w:trPr>
        <w:tc>
          <w:tcPr>
            <w:tcW w:w="10206" w:type="dxa"/>
            <w:gridSpan w:val="3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566CDDA3" w14:textId="5BD7AB1E" w:rsidR="00C253EB" w:rsidRDefault="00BD2E62">
            <w:pPr>
              <w:spacing w:after="0" w:line="240" w:lineRule="auto"/>
            </w:pPr>
            <w:proofErr w:type="spellStart"/>
            <w:r>
              <w:rPr>
                <w:sz w:val="21"/>
              </w:rPr>
              <w:t>Postanschrift</w:t>
            </w:r>
            <w:proofErr w:type="spellEnd"/>
            <w:r w:rsidR="00BB4F5F">
              <w:rPr>
                <w:sz w:val="21"/>
                <w:lang w:val="ru-RU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C253EB" w14:paraId="270F9AB2" w14:textId="77777777" w:rsidTr="00BB4F5F">
        <w:tblPrEx>
          <w:jc w:val="center"/>
        </w:tblPrEx>
        <w:trPr>
          <w:gridAfter w:val="1"/>
          <w:wAfter w:w="4110" w:type="dxa"/>
          <w:cantSplit/>
          <w:jc w:val="center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0" w:type="dxa"/>
              <w:bottom w:w="45" w:type="dxa"/>
              <w:right w:w="70" w:type="dxa"/>
            </w:tcMar>
            <w:vAlign w:val="bottom"/>
          </w:tcPr>
          <w:p w14:paraId="1F7B271A" w14:textId="77777777" w:rsidR="00C253EB" w:rsidRDefault="00BD2E62">
            <w:pPr>
              <w:spacing w:after="0" w:line="240" w:lineRule="auto"/>
            </w:pPr>
            <w:proofErr w:type="spellStart"/>
            <w:r>
              <w:rPr>
                <w:sz w:val="21"/>
              </w:rPr>
              <w:t>Telefon</w:t>
            </w:r>
            <w:proofErr w:type="spellEnd"/>
          </w:p>
        </w:tc>
        <w:tc>
          <w:tcPr>
            <w:tcW w:w="51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45" w:type="dxa"/>
              <w:left w:w="40" w:type="dxa"/>
              <w:bottom w:w="45" w:type="dxa"/>
              <w:right w:w="0" w:type="dxa"/>
            </w:tcMar>
            <w:vAlign w:val="bottom"/>
          </w:tcPr>
          <w:p w14:paraId="5297DD3F" w14:textId="77777777" w:rsidR="00C253EB" w:rsidRDefault="00C253EB">
            <w:pPr>
              <w:spacing w:after="0" w:line="240" w:lineRule="auto"/>
            </w:pPr>
          </w:p>
        </w:tc>
      </w:tr>
      <w:tr w:rsidR="00C253EB" w14:paraId="71EB9116" w14:textId="77777777" w:rsidTr="00BB4F5F">
        <w:tblPrEx>
          <w:jc w:val="center"/>
        </w:tblPrEx>
        <w:trPr>
          <w:gridAfter w:val="1"/>
          <w:wAfter w:w="4110" w:type="dxa"/>
          <w:cantSplit/>
          <w:jc w:val="center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0" w:type="dxa"/>
              <w:bottom w:w="45" w:type="dxa"/>
              <w:right w:w="70" w:type="dxa"/>
            </w:tcMar>
            <w:vAlign w:val="bottom"/>
          </w:tcPr>
          <w:p w14:paraId="1CAE6C38" w14:textId="0D217728" w:rsidR="00C253EB" w:rsidRPr="00BB4F5F" w:rsidRDefault="00BD2E62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</w:rPr>
              <w:t>E-Mail</w:t>
            </w:r>
            <w:r w:rsidR="00BB4F5F">
              <w:rPr>
                <w:sz w:val="21"/>
                <w:lang w:val="ru-RU"/>
              </w:rPr>
              <w:t xml:space="preserve"> 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45" w:type="dxa"/>
              <w:left w:w="40" w:type="dxa"/>
              <w:bottom w:w="45" w:type="dxa"/>
              <w:right w:w="0" w:type="dxa"/>
            </w:tcMar>
            <w:vAlign w:val="bottom"/>
          </w:tcPr>
          <w:p w14:paraId="6A7A53BE" w14:textId="77777777" w:rsidR="00C253EB" w:rsidRDefault="00C253EB">
            <w:pPr>
              <w:spacing w:after="0" w:line="240" w:lineRule="auto"/>
            </w:pPr>
          </w:p>
        </w:tc>
      </w:tr>
    </w:tbl>
    <w:p w14:paraId="5E8ABFB1" w14:textId="77777777" w:rsidR="00BB4F5F" w:rsidRPr="00BB4F5F" w:rsidRDefault="00BB4F5F">
      <w:pPr>
        <w:spacing w:after="0" w:line="240" w:lineRule="auto"/>
        <w:rPr>
          <w:sz w:val="12"/>
          <w:szCs w:val="12"/>
        </w:rPr>
      </w:pPr>
    </w:p>
    <w:p w14:paraId="7529FCDD" w14:textId="57E4FCE4" w:rsidR="00C253EB" w:rsidRDefault="00BD2E62">
      <w:pPr>
        <w:spacing w:after="0" w:line="240" w:lineRule="auto"/>
      </w:pPr>
      <w:proofErr w:type="spellStart"/>
      <w:r>
        <w:rPr>
          <w:sz w:val="21"/>
        </w:rPr>
        <w:t>Ausbildung</w:t>
      </w:r>
      <w:proofErr w:type="spellEnd"/>
      <w:r>
        <w:rPr>
          <w:sz w:val="21"/>
        </w:rPr>
        <w:t xml:space="preserve"> (Name der </w:t>
      </w:r>
      <w:proofErr w:type="spellStart"/>
      <w:r>
        <w:rPr>
          <w:sz w:val="21"/>
        </w:rPr>
        <w:t>Einrichtung</w:t>
      </w:r>
      <w:proofErr w:type="spellEnd"/>
      <w:r>
        <w:rPr>
          <w:sz w:val="21"/>
        </w:rPr>
        <w:t>, Abschlussjahr)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C253EB" w:rsidRPr="00C75D2C" w14:paraId="528B63D9" w14:textId="77777777">
        <w:trPr>
          <w:cantSplit/>
        </w:trPr>
        <w:tc>
          <w:tcPr>
            <w:tcW w:w="102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66D69E7F" w14:textId="77777777" w:rsidR="00C253EB" w:rsidRPr="00C75D2C" w:rsidRDefault="00BD2E62">
            <w:pPr>
              <w:spacing w:after="0" w:line="240" w:lineRule="auto"/>
              <w:rPr>
                <w:sz w:val="16"/>
                <w:szCs w:val="16"/>
              </w:rPr>
            </w:pPr>
            <w:r w:rsidRPr="00C75D2C">
              <w:rPr>
                <w:sz w:val="16"/>
                <w:szCs w:val="16"/>
              </w:rPr>
              <w:t xml:space="preserve"> </w:t>
            </w:r>
          </w:p>
        </w:tc>
      </w:tr>
    </w:tbl>
    <w:p w14:paraId="0AD30E97" w14:textId="77777777" w:rsidR="00BB4F5F" w:rsidRDefault="00BB4F5F">
      <w:pPr>
        <w:spacing w:after="0" w:line="240" w:lineRule="auto"/>
        <w:rPr>
          <w:sz w:val="21"/>
        </w:rPr>
      </w:pPr>
    </w:p>
    <w:p w14:paraId="48826362" w14:textId="0A1CB832" w:rsidR="00C253EB" w:rsidRDefault="00BD2E62">
      <w:pPr>
        <w:spacing w:after="0" w:line="240" w:lineRule="auto"/>
      </w:pPr>
      <w:proofErr w:type="spellStart"/>
      <w:r>
        <w:rPr>
          <w:sz w:val="21"/>
        </w:rPr>
        <w:t>Arbeitsstelle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Funktion</w:t>
      </w:r>
      <w:proofErr w:type="spellEnd"/>
      <w:r>
        <w:rPr>
          <w:sz w:val="21"/>
        </w:rPr>
        <w:t xml:space="preserve"> / Position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C253EB" w:rsidRPr="00C75D2C" w14:paraId="19137EEA" w14:textId="77777777">
        <w:trPr>
          <w:cantSplit/>
        </w:trPr>
        <w:tc>
          <w:tcPr>
            <w:tcW w:w="102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4D2B817D" w14:textId="77777777" w:rsidR="00C253EB" w:rsidRPr="00C75D2C" w:rsidRDefault="00BD2E62">
            <w:pPr>
              <w:spacing w:after="0" w:line="240" w:lineRule="auto"/>
              <w:rPr>
                <w:sz w:val="16"/>
                <w:szCs w:val="16"/>
              </w:rPr>
            </w:pPr>
            <w:r w:rsidRPr="00C75D2C">
              <w:rPr>
                <w:sz w:val="16"/>
                <w:szCs w:val="16"/>
              </w:rPr>
              <w:t xml:space="preserve"> </w:t>
            </w:r>
          </w:p>
        </w:tc>
      </w:tr>
    </w:tbl>
    <w:p w14:paraId="3C28C1E6" w14:textId="77777777" w:rsidR="00C75D2C" w:rsidRDefault="00C75D2C">
      <w:pPr>
        <w:spacing w:after="0" w:line="240" w:lineRule="auto"/>
        <w:rPr>
          <w:sz w:val="21"/>
        </w:rPr>
      </w:pPr>
    </w:p>
    <w:p w14:paraId="1BF89D11" w14:textId="67C643ED" w:rsidR="00C253EB" w:rsidRDefault="00BD2E62">
      <w:pPr>
        <w:spacing w:after="0" w:line="240" w:lineRule="auto"/>
      </w:pPr>
      <w:proofErr w:type="spellStart"/>
      <w:r>
        <w:rPr>
          <w:sz w:val="21"/>
        </w:rPr>
        <w:t>Mitgliedschaft</w:t>
      </w:r>
      <w:proofErr w:type="spellEnd"/>
      <w:r>
        <w:rPr>
          <w:sz w:val="21"/>
        </w:rPr>
        <w:t xml:space="preserve"> in </w:t>
      </w:r>
      <w:proofErr w:type="spellStart"/>
      <w:r>
        <w:rPr>
          <w:sz w:val="21"/>
        </w:rPr>
        <w:t>einem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Künstlerverband</w:t>
      </w:r>
      <w:proofErr w:type="spellEnd"/>
      <w:r>
        <w:rPr>
          <w:sz w:val="21"/>
        </w:rPr>
        <w:t xml:space="preserve"> (falls vorhanden), Dauer </w:t>
      </w:r>
      <w:r>
        <w:rPr>
          <w:sz w:val="21"/>
        </w:rPr>
        <w:t>der Mitgliedschaft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C253EB" w:rsidRPr="00C75D2C" w14:paraId="5CF1691E" w14:textId="77777777">
        <w:trPr>
          <w:cantSplit/>
        </w:trPr>
        <w:tc>
          <w:tcPr>
            <w:tcW w:w="102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2BAE68A6" w14:textId="77777777" w:rsidR="00C253EB" w:rsidRPr="00C75D2C" w:rsidRDefault="00BD2E62">
            <w:pPr>
              <w:spacing w:after="0" w:line="240" w:lineRule="auto"/>
              <w:rPr>
                <w:sz w:val="16"/>
                <w:szCs w:val="16"/>
              </w:rPr>
            </w:pPr>
            <w:r w:rsidRPr="00C75D2C">
              <w:rPr>
                <w:sz w:val="16"/>
                <w:szCs w:val="16"/>
              </w:rPr>
              <w:t xml:space="preserve"> </w:t>
            </w:r>
          </w:p>
        </w:tc>
      </w:tr>
    </w:tbl>
    <w:p w14:paraId="7EBF408F" w14:textId="77777777" w:rsidR="00BB4F5F" w:rsidRDefault="00BB4F5F">
      <w:pPr>
        <w:spacing w:after="0" w:line="240" w:lineRule="auto"/>
        <w:rPr>
          <w:sz w:val="21"/>
        </w:rPr>
      </w:pPr>
    </w:p>
    <w:p w14:paraId="345A824F" w14:textId="10D2B6E6" w:rsidR="00C253EB" w:rsidRDefault="00BD2E62">
      <w:pPr>
        <w:spacing w:after="0" w:line="240" w:lineRule="auto"/>
      </w:pPr>
      <w:r>
        <w:rPr>
          <w:sz w:val="21"/>
        </w:rPr>
        <w:t xml:space="preserve">Interpret/in der </w:t>
      </w:r>
      <w:proofErr w:type="spellStart"/>
      <w:r>
        <w:rPr>
          <w:sz w:val="21"/>
        </w:rPr>
        <w:t>Wettbewerbswerke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Vor</w:t>
      </w:r>
      <w:proofErr w:type="spellEnd"/>
      <w:r>
        <w:rPr>
          <w:sz w:val="21"/>
        </w:rPr>
        <w:t>- und Nachname, Alter, Stadt/Bezirk)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C253EB" w14:paraId="07800A9A" w14:textId="77777777">
        <w:trPr>
          <w:cantSplit/>
        </w:trPr>
        <w:tc>
          <w:tcPr>
            <w:tcW w:w="10200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65" w:type="dxa"/>
              <w:right w:w="0" w:type="dxa"/>
            </w:tcMar>
          </w:tcPr>
          <w:p w14:paraId="0F45E572" w14:textId="77777777" w:rsidR="00C253EB" w:rsidRDefault="00BD2E62">
            <w:pPr>
              <w:spacing w:after="0" w:line="240" w:lineRule="auto"/>
            </w:pPr>
            <w:r>
              <w:rPr>
                <w:sz w:val="20"/>
              </w:rPr>
              <w:t xml:space="preserve"> </w:t>
            </w:r>
          </w:p>
        </w:tc>
      </w:tr>
    </w:tbl>
    <w:p w14:paraId="77287F6C" w14:textId="77777777" w:rsidR="00BB4F5F" w:rsidRPr="00BB4F5F" w:rsidRDefault="00BB4F5F">
      <w:pPr>
        <w:spacing w:before="100" w:after="20" w:line="240" w:lineRule="auto"/>
        <w:jc w:val="center"/>
        <w:rPr>
          <w:b/>
          <w:sz w:val="16"/>
          <w:szCs w:val="16"/>
        </w:rPr>
      </w:pPr>
    </w:p>
    <w:p w14:paraId="562374A9" w14:textId="5DE361B7" w:rsidR="00C253EB" w:rsidRDefault="00BD2E62">
      <w:pPr>
        <w:spacing w:before="100" w:after="20" w:line="240" w:lineRule="auto"/>
        <w:jc w:val="center"/>
      </w:pPr>
      <w:r>
        <w:rPr>
          <w:b/>
          <w:sz w:val="24"/>
        </w:rPr>
        <w:t>WETTBEWERBSWERKE</w:t>
      </w:r>
    </w:p>
    <w:p w14:paraId="293F5282" w14:textId="77777777" w:rsidR="00C253EB" w:rsidRDefault="00BD2E62">
      <w:pPr>
        <w:spacing w:after="60" w:line="240" w:lineRule="auto"/>
        <w:jc w:val="center"/>
      </w:pPr>
      <w:r>
        <w:rPr>
          <w:i/>
          <w:sz w:val="21"/>
        </w:rPr>
        <w:t>(Titel und Entstehungsdatum des Werkes, Textautor/in)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84"/>
        <w:gridCol w:w="9922"/>
      </w:tblGrid>
      <w:tr w:rsidR="00C253EB" w14:paraId="1866055F" w14:textId="77777777" w:rsidTr="00BB4F5F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7D4D1A44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>1.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11F5A921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 xml:space="preserve"> </w:t>
            </w:r>
          </w:p>
        </w:tc>
      </w:tr>
      <w:tr w:rsidR="00C253EB" w14:paraId="5C281A23" w14:textId="77777777" w:rsidTr="00BB4F5F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1CE8D1B3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>2.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2AC17EBE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 xml:space="preserve"> </w:t>
            </w:r>
          </w:p>
        </w:tc>
      </w:tr>
      <w:tr w:rsidR="00C253EB" w14:paraId="089AB35E" w14:textId="77777777" w:rsidTr="00BB4F5F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097F85C3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>3.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70" w:type="dxa"/>
              <w:left w:w="0" w:type="dxa"/>
              <w:bottom w:w="65" w:type="dxa"/>
              <w:right w:w="0" w:type="dxa"/>
            </w:tcMar>
          </w:tcPr>
          <w:p w14:paraId="7C3B4388" w14:textId="77777777" w:rsidR="00C253EB" w:rsidRDefault="00BD2E62">
            <w:pPr>
              <w:spacing w:after="0" w:line="240" w:lineRule="auto"/>
            </w:pPr>
            <w:r>
              <w:rPr>
                <w:sz w:val="21"/>
              </w:rPr>
              <w:t xml:space="preserve"> </w:t>
            </w:r>
          </w:p>
        </w:tc>
      </w:tr>
    </w:tbl>
    <w:p w14:paraId="31DFD379" w14:textId="77777777" w:rsidR="00C253EB" w:rsidRDefault="00BD2E62">
      <w:pPr>
        <w:spacing w:before="140" w:after="80" w:line="252" w:lineRule="auto"/>
      </w:pPr>
      <w:r>
        <w:rPr>
          <w:sz w:val="19"/>
        </w:rPr>
        <w:t xml:space="preserve">Ich </w:t>
      </w:r>
      <w:proofErr w:type="spellStart"/>
      <w:r>
        <w:rPr>
          <w:sz w:val="19"/>
        </w:rPr>
        <w:t>erkläre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mich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damit</w:t>
      </w:r>
      <w:proofErr w:type="spellEnd"/>
      <w:r>
        <w:rPr>
          <w:sz w:val="19"/>
        </w:rPr>
        <w:t xml:space="preserve"> einverstanden, dass ich im Falle </w:t>
      </w:r>
      <w:r>
        <w:rPr>
          <w:sz w:val="19"/>
        </w:rPr>
        <w:t>meines Einzugs in die 2. Runde unentgeltlich am abschließenden Gala-Konzert des Wettbewerbs sowie an einem zusätzlichen zweiten Konzert teilnehme, sofern das Organisationskomitee dessen Durchführung beschließt.</w:t>
      </w:r>
    </w:p>
    <w:p w14:paraId="72C096E1" w14:textId="77777777" w:rsidR="00C253EB" w:rsidRDefault="00BD2E62">
      <w:pPr>
        <w:spacing w:before="40" w:after="100" w:line="252" w:lineRule="auto"/>
      </w:pPr>
      <w:r>
        <w:rPr>
          <w:sz w:val="19"/>
        </w:rPr>
        <w:t>Ich erkläre mich damit einverstanden, dass si</w:t>
      </w:r>
      <w:r>
        <w:rPr>
          <w:sz w:val="19"/>
        </w:rPr>
        <w:t>ch das Organisationskomitee das Recht vorbehält, die Präsentationen der von mir geschaffenen Werke im Fernsehen und im Radio zu übertragen sowie Audio- und Videoaufnahmen anzufertigen und diese gegebenenfalls kommerziell zu verbreiten, ohne dass mir hierfü</w:t>
      </w:r>
      <w:r>
        <w:rPr>
          <w:sz w:val="19"/>
        </w:rPr>
        <w:t>r ein zusätzliches Honorar gezahlt wird.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276"/>
        <w:gridCol w:w="5386"/>
      </w:tblGrid>
      <w:tr w:rsidR="00C253EB" w14:paraId="0FB13DF2" w14:textId="77777777" w:rsidTr="00C75D2C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30" w:type="dxa"/>
              <w:right w:w="50" w:type="dxa"/>
            </w:tcMar>
          </w:tcPr>
          <w:p w14:paraId="00B4F0E0" w14:textId="77777777" w:rsidR="00C75D2C" w:rsidRDefault="00C75D2C">
            <w:pPr>
              <w:spacing w:after="0" w:line="240" w:lineRule="auto"/>
              <w:rPr>
                <w:sz w:val="20"/>
              </w:rPr>
            </w:pPr>
          </w:p>
          <w:p w14:paraId="61693258" w14:textId="5D7F88EE" w:rsidR="00C253EB" w:rsidRDefault="00BD2E62">
            <w:pPr>
              <w:spacing w:after="0" w:line="240" w:lineRule="auto"/>
            </w:pPr>
            <w:r>
              <w:rPr>
                <w:sz w:val="20"/>
              </w:rPr>
              <w:t>Datum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30" w:type="dxa"/>
              <w:right w:w="50" w:type="dxa"/>
            </w:tcMar>
          </w:tcPr>
          <w:p w14:paraId="1BBD3682" w14:textId="77777777" w:rsidR="00C253EB" w:rsidRDefault="00C253EB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30" w:type="dxa"/>
              <w:right w:w="50" w:type="dxa"/>
            </w:tcMar>
          </w:tcPr>
          <w:p w14:paraId="0B9129AA" w14:textId="77777777" w:rsidR="00C75D2C" w:rsidRDefault="00C75D2C">
            <w:pPr>
              <w:spacing w:after="0" w:line="240" w:lineRule="auto"/>
              <w:rPr>
                <w:sz w:val="20"/>
              </w:rPr>
            </w:pPr>
          </w:p>
          <w:p w14:paraId="44E0D937" w14:textId="38896FC2" w:rsidR="00C253EB" w:rsidRDefault="00BD2E62">
            <w:pPr>
              <w:spacing w:after="0" w:line="240" w:lineRule="auto"/>
            </w:pPr>
            <w:proofErr w:type="spellStart"/>
            <w:r>
              <w:rPr>
                <w:sz w:val="20"/>
              </w:rPr>
              <w:t>Unterschrift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5" w:space="1" w:color="555555"/>
              <w:right w:val="nil"/>
            </w:tcBorders>
            <w:tcMar>
              <w:top w:w="80" w:type="dxa"/>
              <w:left w:w="0" w:type="dxa"/>
              <w:bottom w:w="30" w:type="dxa"/>
              <w:right w:w="50" w:type="dxa"/>
            </w:tcMar>
          </w:tcPr>
          <w:p w14:paraId="00F9F178" w14:textId="77777777" w:rsidR="00C253EB" w:rsidRDefault="00C253EB">
            <w:pPr>
              <w:spacing w:after="0" w:line="240" w:lineRule="auto"/>
            </w:pPr>
          </w:p>
        </w:tc>
      </w:tr>
    </w:tbl>
    <w:p w14:paraId="1DA22CFB" w14:textId="77777777" w:rsidR="00C253EB" w:rsidRDefault="00BD2E62">
      <w:pPr>
        <w:spacing w:after="120" w:line="240" w:lineRule="auto"/>
        <w:jc w:val="center"/>
      </w:pPr>
      <w:r>
        <w:rPr>
          <w:i/>
          <w:sz w:val="17"/>
        </w:rPr>
        <w:t>(</w:t>
      </w:r>
      <w:proofErr w:type="spellStart"/>
      <w:r>
        <w:rPr>
          <w:i/>
          <w:sz w:val="17"/>
        </w:rPr>
        <w:t>persönlich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oder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durch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eine</w:t>
      </w:r>
      <w:proofErr w:type="spellEnd"/>
      <w:r>
        <w:rPr>
          <w:i/>
          <w:sz w:val="17"/>
        </w:rPr>
        <w:t xml:space="preserve"> bevollmächtigte Person zu unterzeichnen; Unterschrift bitte in Druckschrift wiederholen)</w:t>
      </w:r>
    </w:p>
    <w:p w14:paraId="7E14623C" w14:textId="77777777" w:rsidR="00C75D2C" w:rsidRDefault="00C75D2C">
      <w:pPr>
        <w:spacing w:after="0" w:line="252" w:lineRule="auto"/>
        <w:rPr>
          <w:sz w:val="19"/>
        </w:rPr>
      </w:pPr>
    </w:p>
    <w:p w14:paraId="71A463C6" w14:textId="5AC9782E" w:rsidR="00C253EB" w:rsidRDefault="00BD2E62">
      <w:pPr>
        <w:spacing w:after="0" w:line="252" w:lineRule="auto"/>
      </w:pPr>
      <w:r>
        <w:rPr>
          <w:sz w:val="19"/>
        </w:rPr>
        <w:t xml:space="preserve">Das Formular </w:t>
      </w:r>
      <w:proofErr w:type="spellStart"/>
      <w:r>
        <w:rPr>
          <w:sz w:val="19"/>
        </w:rPr>
        <w:t>ist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auszufüllen</w:t>
      </w:r>
      <w:proofErr w:type="spellEnd"/>
      <w:r>
        <w:rPr>
          <w:sz w:val="19"/>
        </w:rPr>
        <w:t xml:space="preserve"> und an die E-Mail-Adresse </w:t>
      </w:r>
      <w:r>
        <w:rPr>
          <w:sz w:val="19"/>
          <w:u w:val="single"/>
        </w:rPr>
        <w:t>mcfond@mail.ru</w:t>
      </w:r>
      <w:r>
        <w:rPr>
          <w:sz w:val="19"/>
        </w:rPr>
        <w:t xml:space="preserve"> in zwei Fassungen zu senden: als eingescannte, unterschriebene Ausfertigung und als elektronische Word-Datei.</w:t>
      </w:r>
    </w:p>
    <w:sectPr w:rsidR="00C253EB" w:rsidSect="00254D53">
      <w:pgSz w:w="12240" w:h="15840"/>
      <w:pgMar w:top="822" w:right="1020" w:bottom="822" w:left="1020" w:header="567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5008" w14:textId="77777777" w:rsidR="00BD2E62" w:rsidRDefault="00BD2E62">
      <w:pPr>
        <w:spacing w:after="0" w:line="240" w:lineRule="auto"/>
      </w:pPr>
      <w:r>
        <w:separator/>
      </w:r>
    </w:p>
  </w:endnote>
  <w:endnote w:type="continuationSeparator" w:id="0">
    <w:p w14:paraId="05575BC5" w14:textId="77777777" w:rsidR="00BD2E62" w:rsidRDefault="00BD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9E9B2" w14:textId="77777777" w:rsidR="00BD2E62" w:rsidRDefault="00BD2E62">
      <w:pPr>
        <w:spacing w:after="0" w:line="240" w:lineRule="auto"/>
      </w:pPr>
      <w:r>
        <w:separator/>
      </w:r>
    </w:p>
  </w:footnote>
  <w:footnote w:type="continuationSeparator" w:id="0">
    <w:p w14:paraId="47B24B1D" w14:textId="77777777" w:rsidR="00BD2E62" w:rsidRDefault="00BD2E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4D53"/>
    <w:rsid w:val="0029639D"/>
    <w:rsid w:val="00326F90"/>
    <w:rsid w:val="00377841"/>
    <w:rsid w:val="00AA1D8D"/>
    <w:rsid w:val="00B47730"/>
    <w:rsid w:val="00BA618A"/>
    <w:rsid w:val="00BB4F5F"/>
    <w:rsid w:val="00BD2E62"/>
    <w:rsid w:val="00C253EB"/>
    <w:rsid w:val="00C75D2C"/>
    <w:rsid w:val="00CB0664"/>
    <w:rsid w:val="00EF43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3FC384"/>
  <w14:defaultImageDpi w14:val="300"/>
  <w15:docId w15:val="{92F12259-DD43-428A-8572-102D4EE9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zum Kompositionswettbewerb – Deutsche Übersetzung</dc:title>
  <dc:subject>XXIII. Internationaler Wettbewerb junger Vokalisten um den Olga-Sosnowskaja-Preis</dc:subject>
  <dc:creator/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2026-08-30T12:05:00Z</dcterms:modified>
  <cp:category/>
</cp:coreProperties>
</file>